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B001" w14:textId="77777777" w:rsidR="00A5156C" w:rsidRDefault="00000000">
      <w:pPr>
        <w:pStyle w:val="Ttulo"/>
        <w:jc w:val="center"/>
      </w:pPr>
      <w:r>
        <w:t xml:space="preserve">Ficha clínica – </w:t>
      </w:r>
      <w:proofErr w:type="spellStart"/>
      <w:r>
        <w:t>Entrevista</w:t>
      </w:r>
      <w:proofErr w:type="spellEnd"/>
      <w:r>
        <w:t xml:space="preserve"> </w:t>
      </w:r>
      <w:proofErr w:type="spellStart"/>
      <w:r>
        <w:t>inicial</w:t>
      </w:r>
      <w:proofErr w:type="spellEnd"/>
      <w:r>
        <w:t xml:space="preserve"> </w:t>
      </w:r>
    </w:p>
    <w:p w14:paraId="19B1BB31" w14:textId="744ABC88" w:rsidR="007F0E8E" w:rsidRDefault="00000000">
      <w:pPr>
        <w:pStyle w:val="Ttulo"/>
        <w:jc w:val="center"/>
      </w:pPr>
      <w:proofErr w:type="spellStart"/>
      <w:r>
        <w:t>Método</w:t>
      </w:r>
      <w:proofErr w:type="spellEnd"/>
      <w:r>
        <w:t xml:space="preserve"> </w:t>
      </w:r>
      <w:proofErr w:type="spellStart"/>
      <w:r>
        <w:t>Sintotérmico</w:t>
      </w:r>
      <w:proofErr w:type="spellEnd"/>
      <w:r>
        <w:t>)</w:t>
      </w:r>
    </w:p>
    <w:p w14:paraId="5266F794" w14:textId="77777777" w:rsidR="007F0E8E" w:rsidRDefault="00000000">
      <w:pPr>
        <w:jc w:val="center"/>
      </w:pPr>
      <w:r>
        <w:rPr>
          <w:i/>
        </w:rPr>
        <w:t>Completar idealmente en la primera entrevista. Si algo no aplica, escribir “N/A”.</w:t>
      </w:r>
    </w:p>
    <w:p w14:paraId="5334CC1F" w14:textId="77777777" w:rsidR="007F0E8E" w:rsidRDefault="00000000">
      <w:pPr>
        <w:pStyle w:val="Ttulo1"/>
      </w:pPr>
      <w:r>
        <w:t xml:space="preserve">1) </w:t>
      </w:r>
      <w:proofErr w:type="spellStart"/>
      <w:r>
        <w:t>Identificación</w:t>
      </w:r>
      <w:proofErr w:type="spellEnd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2"/>
        <w:gridCol w:w="6236"/>
      </w:tblGrid>
      <w:tr w:rsidR="007F0E8E" w14:paraId="7ADAEA60" w14:textId="77777777">
        <w:tc>
          <w:tcPr>
            <w:tcW w:w="340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87958F" w14:textId="77777777" w:rsidR="007F0E8E" w:rsidRDefault="00000000">
            <w:r>
              <w:rPr>
                <w:b/>
                <w:sz w:val="21"/>
              </w:rPr>
              <w:t>Dato</w:t>
            </w:r>
          </w:p>
        </w:tc>
        <w:tc>
          <w:tcPr>
            <w:tcW w:w="623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814FB1" w14:textId="77777777" w:rsidR="007F0E8E" w:rsidRDefault="00000000">
            <w:r>
              <w:rPr>
                <w:b/>
                <w:sz w:val="21"/>
              </w:rPr>
              <w:t>Registro</w:t>
            </w:r>
          </w:p>
        </w:tc>
      </w:tr>
      <w:tr w:rsidR="007F0E8E" w14:paraId="57F00CBD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5E641B" w14:textId="77777777" w:rsidR="007F0E8E" w:rsidRDefault="00000000">
            <w:r>
              <w:t>Nombre completo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3323C5" w14:textId="77777777" w:rsidR="007F0E8E" w:rsidRDefault="00000000">
            <w:r>
              <w:t>______________________________________________</w:t>
            </w:r>
          </w:p>
        </w:tc>
      </w:tr>
      <w:tr w:rsidR="007F0E8E" w14:paraId="4DA28179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259623" w14:textId="77777777" w:rsidR="007F0E8E" w:rsidRDefault="00000000">
            <w:r>
              <w:t>Edad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FD90A2" w14:textId="77777777" w:rsidR="007F0E8E" w:rsidRDefault="00000000">
            <w:r>
              <w:t>__________</w:t>
            </w:r>
          </w:p>
        </w:tc>
      </w:tr>
      <w:tr w:rsidR="007F0E8E" w14:paraId="530CE48D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4DEB00" w14:textId="77777777" w:rsidR="007F0E8E" w:rsidRDefault="00000000">
            <w:r>
              <w:t>RUT / DNI / Pasaporte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3D5C5B" w14:textId="77777777" w:rsidR="007F0E8E" w:rsidRDefault="00000000">
            <w:r>
              <w:t>______________________________________________</w:t>
            </w:r>
          </w:p>
        </w:tc>
      </w:tr>
      <w:tr w:rsidR="007F0E8E" w14:paraId="09A94C56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0A8D8BB" w14:textId="77777777" w:rsidR="007F0E8E" w:rsidRDefault="00000000">
            <w:r>
              <w:t>Fecha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8F39CD" w14:textId="77777777" w:rsidR="007F0E8E" w:rsidRDefault="00000000">
            <w:r>
              <w:t>____ / ____ / ______</w:t>
            </w:r>
          </w:p>
        </w:tc>
      </w:tr>
      <w:tr w:rsidR="007F0E8E" w14:paraId="2A1B1DC0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EE23112" w14:textId="77777777" w:rsidR="007F0E8E" w:rsidRDefault="00000000">
            <w:r>
              <w:t>Previsión / Seguro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681515D" w14:textId="77777777" w:rsidR="007F0E8E" w:rsidRDefault="00000000">
            <w:r>
              <w:t>______________________________________________</w:t>
            </w:r>
          </w:p>
        </w:tc>
      </w:tr>
      <w:tr w:rsidR="007F0E8E" w14:paraId="2A4A497C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5114BB" w14:textId="77777777" w:rsidR="007F0E8E" w:rsidRDefault="00000000">
            <w:r>
              <w:t>Contacto (tel/email)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953CCC" w14:textId="77777777" w:rsidR="007F0E8E" w:rsidRDefault="00000000">
            <w:r>
              <w:t>______________________________________________</w:t>
            </w:r>
          </w:p>
        </w:tc>
      </w:tr>
      <w:tr w:rsidR="007F0E8E" w14:paraId="2A607ADF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EF1D8AF" w14:textId="77777777" w:rsidR="007F0E8E" w:rsidRDefault="00000000">
            <w:r>
              <w:t>Acompañante / Pareja (si aplica)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12AC16" w14:textId="77777777" w:rsidR="007F0E8E" w:rsidRDefault="00000000">
            <w:r>
              <w:t>______________________________________________</w:t>
            </w:r>
          </w:p>
        </w:tc>
      </w:tr>
    </w:tbl>
    <w:p w14:paraId="52567D4D" w14:textId="77777777" w:rsidR="007F0E8E" w:rsidRDefault="007F0E8E"/>
    <w:p w14:paraId="5B11C6F7" w14:textId="77777777" w:rsidR="007F0E8E" w:rsidRDefault="00000000">
      <w:pPr>
        <w:pStyle w:val="Ttulo1"/>
      </w:pPr>
      <w:r>
        <w:t>2) Motivo de consulta y objetivos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7472"/>
      </w:tblGrid>
      <w:tr w:rsidR="007F0E8E" w14:paraId="13B84BDA" w14:textId="77777777">
        <w:tc>
          <w:tcPr>
            <w:tcW w:w="340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0AE352" w14:textId="77777777" w:rsidR="007F0E8E" w:rsidRDefault="00000000">
            <w:r>
              <w:rPr>
                <w:b/>
                <w:sz w:val="21"/>
              </w:rPr>
              <w:t>Pregunta</w:t>
            </w:r>
          </w:p>
        </w:tc>
        <w:tc>
          <w:tcPr>
            <w:tcW w:w="623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BFA8B7" w14:textId="77777777" w:rsidR="007F0E8E" w:rsidRDefault="00000000">
            <w:r>
              <w:rPr>
                <w:b/>
                <w:sz w:val="21"/>
              </w:rPr>
              <w:t>Registro</w:t>
            </w:r>
          </w:p>
        </w:tc>
      </w:tr>
      <w:tr w:rsidR="007F0E8E" w14:paraId="2EB67C83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4295BB" w14:textId="77777777" w:rsidR="007F0E8E" w:rsidRDefault="00000000">
            <w:r>
              <w:t>Motivo principal de consulta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576EEDE" w14:textId="77777777" w:rsidR="007F0E8E" w:rsidRDefault="00000000">
            <w:r>
              <w:t>__________________________________________________________________</w:t>
            </w:r>
            <w:r>
              <w:br/>
              <w:t>__________________________________________________________________</w:t>
            </w:r>
          </w:p>
        </w:tc>
      </w:tr>
      <w:tr w:rsidR="007F0E8E" w14:paraId="03628929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9D37A78" w14:textId="77777777" w:rsidR="007F0E8E" w:rsidRDefault="00000000">
            <w:r>
              <w:t>Objetivo reproductivo actual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0E0F02" w14:textId="77777777" w:rsidR="007F0E8E" w:rsidRDefault="00000000">
            <w:r>
              <w:t xml:space="preserve">☐ </w:t>
            </w:r>
            <w:proofErr w:type="spellStart"/>
            <w:r>
              <w:t>Evitar</w:t>
            </w:r>
            <w:proofErr w:type="spellEnd"/>
            <w:r>
              <w:t xml:space="preserve"> </w:t>
            </w:r>
            <w:proofErr w:type="spellStart"/>
            <w:r>
              <w:t>embarazo</w:t>
            </w:r>
            <w:proofErr w:type="spellEnd"/>
            <w:r>
              <w:t xml:space="preserve">   ☐ </w:t>
            </w:r>
            <w:proofErr w:type="spellStart"/>
            <w:r>
              <w:t>Buscar</w:t>
            </w:r>
            <w:proofErr w:type="spellEnd"/>
            <w:r>
              <w:t xml:space="preserve"> </w:t>
            </w:r>
            <w:proofErr w:type="spellStart"/>
            <w:r>
              <w:t>embarazo</w:t>
            </w:r>
            <w:proofErr w:type="spellEnd"/>
            <w:r>
              <w:t xml:space="preserve">   ☐ </w:t>
            </w:r>
            <w:proofErr w:type="spellStart"/>
            <w:r w:rsidR="00BD78E3">
              <w:t>Autoconocimiento</w:t>
            </w:r>
            <w:proofErr w:type="spellEnd"/>
            <w:r>
              <w:t xml:space="preserve">/Explorar   ☐ </w:t>
            </w:r>
            <w:proofErr w:type="spellStart"/>
            <w:r>
              <w:t>Otro</w:t>
            </w:r>
            <w:proofErr w:type="spellEnd"/>
            <w:r>
              <w:t>: ____________</w:t>
            </w:r>
          </w:p>
        </w:tc>
      </w:tr>
      <w:tr w:rsidR="007F0E8E" w14:paraId="7B4DE72C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349DAB" w14:textId="77777777" w:rsidR="007F0E8E" w:rsidRDefault="00000000">
            <w:r>
              <w:t>Tiempo disponible/compromiso para el método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9196AA" w14:textId="77777777" w:rsidR="007F0E8E" w:rsidRDefault="00000000">
            <w:r>
              <w:t>☐ Alto   ☐ Medio   ☐ Bajo   ☐ No sabe</w:t>
            </w:r>
          </w:p>
        </w:tc>
      </w:tr>
      <w:tr w:rsidR="007F0E8E" w14:paraId="2D6CD5CE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AA8701" w14:textId="77777777" w:rsidR="007F0E8E" w:rsidRDefault="00000000">
            <w:r>
              <w:t>Expectativas/temores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0A33AB" w14:textId="77777777" w:rsidR="007F0E8E" w:rsidRDefault="00000000">
            <w:r>
              <w:t>__________________________________________________________________</w:t>
            </w:r>
            <w:r>
              <w:br/>
              <w:t>__________________________________________________________________</w:t>
            </w:r>
          </w:p>
        </w:tc>
      </w:tr>
    </w:tbl>
    <w:p w14:paraId="4352F988" w14:textId="77777777" w:rsidR="007F0E8E" w:rsidRDefault="007F0E8E"/>
    <w:p w14:paraId="613BAB00" w14:textId="77777777" w:rsidR="004D6A32" w:rsidRDefault="004D6A32"/>
    <w:p w14:paraId="491BFB9C" w14:textId="77777777" w:rsidR="004D6A32" w:rsidRDefault="004D6A32"/>
    <w:p w14:paraId="51907CFE" w14:textId="77777777" w:rsidR="00BD78E3" w:rsidRDefault="00BD78E3"/>
    <w:p w14:paraId="2F17F6A3" w14:textId="77777777" w:rsidR="007F0E8E" w:rsidRDefault="00000000">
      <w:pPr>
        <w:pStyle w:val="Ttulo1"/>
      </w:pPr>
      <w:r>
        <w:lastRenderedPageBreak/>
        <w:t>3) Antecedentes relevantes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7472"/>
      </w:tblGrid>
      <w:tr w:rsidR="007F0E8E" w14:paraId="46E8E396" w14:textId="77777777">
        <w:tc>
          <w:tcPr>
            <w:tcW w:w="340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55DA74D" w14:textId="77777777" w:rsidR="007F0E8E" w:rsidRDefault="00000000">
            <w:r>
              <w:rPr>
                <w:b/>
                <w:sz w:val="21"/>
              </w:rPr>
              <w:t>Ítem</w:t>
            </w:r>
          </w:p>
        </w:tc>
        <w:tc>
          <w:tcPr>
            <w:tcW w:w="623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E817E1" w14:textId="77777777" w:rsidR="007F0E8E" w:rsidRDefault="00000000">
            <w:r>
              <w:rPr>
                <w:b/>
                <w:sz w:val="21"/>
              </w:rPr>
              <w:t>Registro</w:t>
            </w:r>
          </w:p>
        </w:tc>
      </w:tr>
      <w:tr w:rsidR="007F0E8E" w14:paraId="13C3E23D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6FCAF4" w14:textId="77777777" w:rsidR="007F0E8E" w:rsidRDefault="00000000">
            <w:r>
              <w:t>Ocupación / rutina diaria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EC9EE33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0340A05F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CAEB1E" w14:textId="77777777" w:rsidR="007F0E8E" w:rsidRDefault="00000000">
            <w:r>
              <w:t>Antecedentes personales (diagnósticos previos)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AAB723" w14:textId="77777777" w:rsidR="007F0E8E" w:rsidRDefault="00000000">
            <w:r>
              <w:t>__________________________________________________________________</w:t>
            </w:r>
            <w:r>
              <w:br/>
              <w:t>__________________________________________________________________</w:t>
            </w:r>
          </w:p>
        </w:tc>
      </w:tr>
      <w:tr w:rsidR="007F0E8E" w14:paraId="30478AD5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550A4B" w14:textId="77777777" w:rsidR="007F0E8E" w:rsidRDefault="00000000">
            <w:r>
              <w:t>Antecedentes familiares relevantes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78B86A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01F7DF97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3A5DC6E" w14:textId="77777777" w:rsidR="007F0E8E" w:rsidRDefault="00000000">
            <w:r>
              <w:t>Medicamentos y suplementos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0633A3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7A4A9852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49627F" w14:textId="77777777" w:rsidR="007F0E8E" w:rsidRDefault="00000000">
            <w:r>
              <w:t>Cirugías / procedimientos gineco-obstétricos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3547649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5F335A01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AC27EC6" w14:textId="77777777" w:rsidR="007F0E8E" w:rsidRDefault="00000000">
            <w:r>
              <w:t>Alergias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862482" w14:textId="77777777" w:rsidR="007F0E8E" w:rsidRDefault="00000000">
            <w:r>
              <w:t>__________________________________________________________________</w:t>
            </w:r>
          </w:p>
        </w:tc>
      </w:tr>
    </w:tbl>
    <w:p w14:paraId="5010BCD7" w14:textId="77777777" w:rsidR="007F0E8E" w:rsidRDefault="007F0E8E"/>
    <w:p w14:paraId="2D297433" w14:textId="77777777" w:rsidR="007F0E8E" w:rsidRDefault="00000000">
      <w:pPr>
        <w:pStyle w:val="Ttulo1"/>
      </w:pPr>
      <w:r>
        <w:t>4) Salud menstrual y reproductiva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7472"/>
      </w:tblGrid>
      <w:tr w:rsidR="007F0E8E" w14:paraId="23602D8D" w14:textId="77777777">
        <w:tc>
          <w:tcPr>
            <w:tcW w:w="340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5B982E" w14:textId="77777777" w:rsidR="007F0E8E" w:rsidRDefault="00000000">
            <w:r>
              <w:rPr>
                <w:b/>
                <w:sz w:val="21"/>
              </w:rPr>
              <w:t>Pregunta</w:t>
            </w:r>
          </w:p>
        </w:tc>
        <w:tc>
          <w:tcPr>
            <w:tcW w:w="623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E9D369" w14:textId="77777777" w:rsidR="007F0E8E" w:rsidRDefault="00000000">
            <w:r>
              <w:rPr>
                <w:b/>
                <w:sz w:val="21"/>
              </w:rPr>
              <w:t>Registro</w:t>
            </w:r>
          </w:p>
        </w:tc>
      </w:tr>
      <w:tr w:rsidR="007F0E8E" w14:paraId="22FEC2C1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BC03BDC" w14:textId="77777777" w:rsidR="007F0E8E" w:rsidRDefault="00000000">
            <w:r>
              <w:t>Edad de menarquia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C54541" w14:textId="77777777" w:rsidR="007F0E8E" w:rsidRDefault="00000000">
            <w:r>
              <w:t>__________ años</w:t>
            </w:r>
          </w:p>
        </w:tc>
      </w:tr>
      <w:tr w:rsidR="007F0E8E" w14:paraId="45FF1D09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822E6C" w14:textId="77777777" w:rsidR="007F0E8E" w:rsidRDefault="00000000">
            <w:r>
              <w:t>Método anticonceptivo actual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3BA392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238D9BAE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709CBFE" w14:textId="77777777" w:rsidR="007F0E8E" w:rsidRDefault="00000000">
            <w:r>
              <w:t>Historial anticonceptivo (métodos previos y fechas aproximadas)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E3B46C" w14:textId="77777777" w:rsidR="007F0E8E" w:rsidRDefault="00000000">
            <w:r>
              <w:t>__________________________________________________________________</w:t>
            </w:r>
            <w:r>
              <w:br/>
              <w:t>__________________________________________________________________</w:t>
            </w:r>
          </w:p>
        </w:tc>
      </w:tr>
      <w:tr w:rsidR="007F0E8E" w14:paraId="41817CFC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A9A3336" w14:textId="77777777" w:rsidR="007F0E8E" w:rsidRDefault="00000000">
            <w:proofErr w:type="spellStart"/>
            <w:r>
              <w:t>Fechas</w:t>
            </w:r>
            <w:proofErr w:type="spellEnd"/>
            <w:r>
              <w:t xml:space="preserve"> de </w:t>
            </w:r>
            <w:proofErr w:type="spellStart"/>
            <w:r>
              <w:t>últimas</w:t>
            </w:r>
            <w:proofErr w:type="spellEnd"/>
            <w:r>
              <w:t xml:space="preserve"> 3 </w:t>
            </w:r>
            <w:proofErr w:type="spellStart"/>
            <w:r>
              <w:t>menstruaciones</w:t>
            </w:r>
            <w:proofErr w:type="spellEnd"/>
            <w:r>
              <w:t xml:space="preserve"> (FUM/FU</w:t>
            </w:r>
            <w:r w:rsidR="00A93656">
              <w:t>R</w:t>
            </w:r>
            <w:r>
              <w:t>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AB5FA7" w14:textId="77777777" w:rsidR="007F0E8E" w:rsidRDefault="00000000">
            <w:r>
              <w:t>1) ____/____/____   2) ____/____/____   3) ____/____/____</w:t>
            </w:r>
            <w:r w:rsidR="00A93656">
              <w:t xml:space="preserve">  </w:t>
            </w:r>
          </w:p>
        </w:tc>
      </w:tr>
      <w:tr w:rsidR="007F0E8E" w14:paraId="30F24215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A497EE" w14:textId="77777777" w:rsidR="007F0E8E" w:rsidRDefault="00000000">
            <w:r>
              <w:t>Día del ciclo actual (si corresponde)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8654AC6" w14:textId="77777777" w:rsidR="007F0E8E" w:rsidRDefault="00000000">
            <w:r>
              <w:t>Día ________</w:t>
            </w:r>
            <w:r w:rsidR="00A93656">
              <w:t xml:space="preserve"> </w:t>
            </w:r>
          </w:p>
        </w:tc>
      </w:tr>
      <w:tr w:rsidR="007F0E8E" w14:paraId="74689474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DDE34A" w14:textId="77777777" w:rsidR="007F0E8E" w:rsidRDefault="00000000">
            <w:r>
              <w:t>Regularidad del ciclo (últimos 6–12 meses)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65688C" w14:textId="77777777" w:rsidR="007F0E8E" w:rsidRDefault="00000000">
            <w:r>
              <w:t>☐ Regular   ☐ Variable   ☐ No sabe   ☐ Amenorrea/posparto/lactancia</w:t>
            </w:r>
          </w:p>
        </w:tc>
      </w:tr>
      <w:tr w:rsidR="007F0E8E" w14:paraId="7762ACDD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B141EEC" w14:textId="77777777" w:rsidR="007F0E8E" w:rsidRDefault="00000000">
            <w:r>
              <w:t>Duración ciclo más corto (últimos 6–12 meses)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DF33C71" w14:textId="77777777" w:rsidR="007F0E8E" w:rsidRDefault="00000000">
            <w:r>
              <w:t>______ días</w:t>
            </w:r>
          </w:p>
        </w:tc>
      </w:tr>
      <w:tr w:rsidR="007F0E8E" w14:paraId="2505CEB4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8E9731" w14:textId="77777777" w:rsidR="007F0E8E" w:rsidRDefault="00000000">
            <w:r>
              <w:t>Duración ciclo más largo (últimos 6–12 meses)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4B04D9" w14:textId="77777777" w:rsidR="007F0E8E" w:rsidRDefault="00000000">
            <w:r>
              <w:t>______ días</w:t>
            </w:r>
          </w:p>
        </w:tc>
      </w:tr>
      <w:tr w:rsidR="007F0E8E" w14:paraId="20D81E37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D78902" w14:textId="77777777" w:rsidR="007F0E8E" w:rsidRDefault="00000000">
            <w:r>
              <w:t>Sangrado: días totales y volumen percibido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B005B7" w14:textId="77777777" w:rsidR="007F0E8E" w:rsidRDefault="00000000">
            <w:r>
              <w:t>Días: ______   Volumen: ☐ Bajo ☐ Medio ☐ Alto ☐ Coágulos</w:t>
            </w:r>
          </w:p>
        </w:tc>
      </w:tr>
    </w:tbl>
    <w:p w14:paraId="1E0BEA91" w14:textId="77777777" w:rsidR="008219D9" w:rsidRDefault="008219D9"/>
    <w:p w14:paraId="4A327433" w14:textId="77777777" w:rsidR="00614AA9" w:rsidRPr="008219D9" w:rsidRDefault="00000000">
      <w:pPr>
        <w:rPr>
          <w:b/>
          <w:bCs/>
          <w:color w:val="1F497D" w:themeColor="text2"/>
          <w:sz w:val="28"/>
          <w:szCs w:val="28"/>
        </w:rPr>
      </w:pPr>
      <w:r w:rsidRPr="008219D9">
        <w:rPr>
          <w:b/>
          <w:bCs/>
          <w:color w:val="1F497D" w:themeColor="text2"/>
          <w:sz w:val="28"/>
          <w:szCs w:val="28"/>
        </w:rPr>
        <w:lastRenderedPageBreak/>
        <w:t xml:space="preserve">4B) Pareja y </w:t>
      </w:r>
      <w:proofErr w:type="spellStart"/>
      <w:r w:rsidRPr="008219D9">
        <w:rPr>
          <w:b/>
          <w:bCs/>
          <w:color w:val="1F497D" w:themeColor="text2"/>
          <w:sz w:val="28"/>
          <w:szCs w:val="28"/>
        </w:rPr>
        <w:t>sexualidad</w:t>
      </w:r>
      <w:proofErr w:type="spellEnd"/>
      <w:r w:rsidRPr="008219D9">
        <w:rPr>
          <w:b/>
          <w:bCs/>
          <w:color w:val="1F497D" w:themeColor="text2"/>
          <w:sz w:val="28"/>
          <w:szCs w:val="28"/>
        </w:rPr>
        <w:t xml:space="preserve"> </w:t>
      </w:r>
    </w:p>
    <w:p w14:paraId="0CA092DC" w14:textId="77777777" w:rsidR="00614AA9" w:rsidRDefault="00000000">
      <w:r>
        <w:t>Si no aplica, escribir "N/A".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14"/>
        <w:gridCol w:w="7448"/>
      </w:tblGrid>
      <w:tr w:rsidR="00614AA9" w14:paraId="24EEFD77" w14:textId="77777777">
        <w:tc>
          <w:tcPr>
            <w:tcW w:w="4986" w:type="dxa"/>
          </w:tcPr>
          <w:p w14:paraId="072EBC98" w14:textId="77777777" w:rsidR="00614AA9" w:rsidRDefault="00000000">
            <w:r>
              <w:t>Pregunta</w:t>
            </w:r>
          </w:p>
        </w:tc>
        <w:tc>
          <w:tcPr>
            <w:tcW w:w="4986" w:type="dxa"/>
          </w:tcPr>
          <w:p w14:paraId="2705CF50" w14:textId="77777777" w:rsidR="00614AA9" w:rsidRDefault="00000000">
            <w:r>
              <w:t>Registro</w:t>
            </w:r>
          </w:p>
        </w:tc>
      </w:tr>
      <w:tr w:rsidR="00614AA9" w14:paraId="287DE388" w14:textId="77777777">
        <w:tc>
          <w:tcPr>
            <w:tcW w:w="4986" w:type="dxa"/>
          </w:tcPr>
          <w:p w14:paraId="7F7E8A0E" w14:textId="77777777" w:rsidR="00614AA9" w:rsidRDefault="00000000">
            <w:r>
              <w:t>¿Actualmente estás en pareja?</w:t>
            </w:r>
          </w:p>
        </w:tc>
        <w:tc>
          <w:tcPr>
            <w:tcW w:w="4986" w:type="dxa"/>
          </w:tcPr>
          <w:p w14:paraId="34833465" w14:textId="77777777" w:rsidR="00614AA9" w:rsidRDefault="00000000">
            <w:r>
              <w:t>☐ Sí   ☐ No   ☐ Prefiere no responder</w:t>
            </w:r>
          </w:p>
        </w:tc>
      </w:tr>
      <w:tr w:rsidR="00614AA9" w14:paraId="6C11665E" w14:textId="77777777">
        <w:tc>
          <w:tcPr>
            <w:tcW w:w="4986" w:type="dxa"/>
          </w:tcPr>
          <w:p w14:paraId="008E8DE9" w14:textId="77777777" w:rsidR="00614AA9" w:rsidRDefault="00000000">
            <w:r>
              <w:t>Si estás en pareja: nombre de tu pareja</w:t>
            </w:r>
          </w:p>
        </w:tc>
        <w:tc>
          <w:tcPr>
            <w:tcW w:w="4986" w:type="dxa"/>
          </w:tcPr>
          <w:p w14:paraId="77E6CB47" w14:textId="77777777" w:rsidR="00614AA9" w:rsidRDefault="00000000">
            <w:r>
              <w:t>______________________________________________</w:t>
            </w:r>
          </w:p>
        </w:tc>
      </w:tr>
      <w:tr w:rsidR="00614AA9" w14:paraId="7ED10ECF" w14:textId="77777777">
        <w:tc>
          <w:tcPr>
            <w:tcW w:w="4986" w:type="dxa"/>
          </w:tcPr>
          <w:p w14:paraId="72910806" w14:textId="77777777" w:rsidR="00614AA9" w:rsidRDefault="00000000">
            <w:r>
              <w:t>Edad de tu pareja (si aplica)</w:t>
            </w:r>
          </w:p>
        </w:tc>
        <w:tc>
          <w:tcPr>
            <w:tcW w:w="4986" w:type="dxa"/>
          </w:tcPr>
          <w:p w14:paraId="40EDD354" w14:textId="77777777" w:rsidR="00614AA9" w:rsidRDefault="00000000">
            <w:r>
              <w:t>__________ años</w:t>
            </w:r>
          </w:p>
        </w:tc>
      </w:tr>
      <w:tr w:rsidR="00614AA9" w14:paraId="36871143" w14:textId="77777777">
        <w:tc>
          <w:tcPr>
            <w:tcW w:w="4986" w:type="dxa"/>
          </w:tcPr>
          <w:p w14:paraId="35321E79" w14:textId="77777777" w:rsidR="00614AA9" w:rsidRDefault="00000000">
            <w:r>
              <w:t>Respecto a tu vida sexual actual</w:t>
            </w:r>
          </w:p>
        </w:tc>
        <w:tc>
          <w:tcPr>
            <w:tcW w:w="4986" w:type="dxa"/>
          </w:tcPr>
          <w:p w14:paraId="5EC7EAC9" w14:textId="77777777" w:rsidR="00614AA9" w:rsidRDefault="00000000">
            <w:r>
              <w:t>☐ Una pareja sexual   ☐ Más de una   ☐ Prefiere no responder</w:t>
            </w:r>
          </w:p>
        </w:tc>
      </w:tr>
      <w:tr w:rsidR="00614AA9" w14:paraId="4841AE86" w14:textId="77777777">
        <w:tc>
          <w:tcPr>
            <w:tcW w:w="4986" w:type="dxa"/>
          </w:tcPr>
          <w:p w14:paraId="76AE14EC" w14:textId="77777777" w:rsidR="00614AA9" w:rsidRDefault="00000000">
            <w:r>
              <w:t>¿Están sexualmente activos actualmente?</w:t>
            </w:r>
          </w:p>
        </w:tc>
        <w:tc>
          <w:tcPr>
            <w:tcW w:w="4986" w:type="dxa"/>
          </w:tcPr>
          <w:p w14:paraId="0F659CEB" w14:textId="77777777" w:rsidR="00614AA9" w:rsidRDefault="00000000">
            <w:r>
              <w:t>☐ Sí   ☐ No   ☐ Variable</w:t>
            </w:r>
          </w:p>
        </w:tc>
      </w:tr>
      <w:tr w:rsidR="00614AA9" w14:paraId="105CB5EA" w14:textId="77777777">
        <w:tc>
          <w:tcPr>
            <w:tcW w:w="4986" w:type="dxa"/>
          </w:tcPr>
          <w:p w14:paraId="1AD12BA4" w14:textId="77777777" w:rsidR="00614AA9" w:rsidRDefault="00000000">
            <w:r>
              <w:t>¿Tu(s) pareja(s) te apoya(n) en este proceso de aprendizaje del método?</w:t>
            </w:r>
          </w:p>
        </w:tc>
        <w:tc>
          <w:tcPr>
            <w:tcW w:w="4986" w:type="dxa"/>
          </w:tcPr>
          <w:p w14:paraId="6583E7B3" w14:textId="77777777" w:rsidR="00614AA9" w:rsidRDefault="00000000">
            <w:r>
              <w:t>☐ Sí   ☐ No   ☐ Parcial   Observaciones: ____________________________</w:t>
            </w:r>
          </w:p>
        </w:tc>
      </w:tr>
      <w:tr w:rsidR="00614AA9" w14:paraId="3D25443F" w14:textId="77777777">
        <w:tc>
          <w:tcPr>
            <w:tcW w:w="4986" w:type="dxa"/>
          </w:tcPr>
          <w:p w14:paraId="4FBB9D76" w14:textId="77777777" w:rsidR="00DD0795" w:rsidRDefault="00000000">
            <w:r>
              <w:t>¿Te sientes libre de hablar de sexualidad y anticoncepción con tu pareja?</w:t>
            </w:r>
          </w:p>
        </w:tc>
        <w:tc>
          <w:tcPr>
            <w:tcW w:w="4986" w:type="dxa"/>
          </w:tcPr>
          <w:p w14:paraId="6B948E55" w14:textId="77777777" w:rsidR="00DD0795" w:rsidRDefault="00000000">
            <w:r>
              <w:t>☐ Sí   ☐ No   ☐ A veces   ☐ No aplica</w:t>
            </w:r>
          </w:p>
        </w:tc>
      </w:tr>
      <w:tr w:rsidR="00614AA9" w14:paraId="085FA4C2" w14:textId="77777777">
        <w:tc>
          <w:tcPr>
            <w:tcW w:w="4986" w:type="dxa"/>
          </w:tcPr>
          <w:p w14:paraId="59B7F7FB" w14:textId="77777777" w:rsidR="00DD0795" w:rsidRDefault="00000000">
            <w:r>
              <w:t>¿Sientes que puedes decir que no cuando no quieres tener relaciones sexuales?</w:t>
            </w:r>
          </w:p>
        </w:tc>
        <w:tc>
          <w:tcPr>
            <w:tcW w:w="4986" w:type="dxa"/>
          </w:tcPr>
          <w:p w14:paraId="01B142E3" w14:textId="77777777" w:rsidR="00DD0795" w:rsidRDefault="00000000">
            <w:r>
              <w:t>☐ Sí   ☐ No   ☐ A veces   ☐ No aplica</w:t>
            </w:r>
          </w:p>
        </w:tc>
      </w:tr>
      <w:tr w:rsidR="00614AA9" w14:paraId="77ADF5E7" w14:textId="77777777">
        <w:tc>
          <w:tcPr>
            <w:tcW w:w="4986" w:type="dxa"/>
          </w:tcPr>
          <w:p w14:paraId="584052FC" w14:textId="77777777" w:rsidR="00DD0795" w:rsidRDefault="00000000">
            <w:r>
              <w:t>¿Crees que podrías proponer el uso de condón o períodos de abstinencia sin miedo a una mala reacción?</w:t>
            </w:r>
          </w:p>
        </w:tc>
        <w:tc>
          <w:tcPr>
            <w:tcW w:w="4986" w:type="dxa"/>
          </w:tcPr>
          <w:p w14:paraId="36BC7A56" w14:textId="77777777" w:rsidR="00DD0795" w:rsidRDefault="00000000">
            <w:r>
              <w:t>☐ Sí   ☐ No   ☐ A veces   ☐ No aplica</w:t>
            </w:r>
          </w:p>
        </w:tc>
      </w:tr>
      <w:tr w:rsidR="00614AA9" w14:paraId="3E876A9F" w14:textId="77777777">
        <w:tc>
          <w:tcPr>
            <w:tcW w:w="4986" w:type="dxa"/>
          </w:tcPr>
          <w:p w14:paraId="67BF95C1" w14:textId="77777777" w:rsidR="00DD0795" w:rsidRDefault="00000000">
            <w:r>
              <w:t>¿Te preocupa que tu pareja se enoje, te presione, se burle o te cuestione si hablas de estos temas?</w:t>
            </w:r>
          </w:p>
        </w:tc>
        <w:tc>
          <w:tcPr>
            <w:tcW w:w="4986" w:type="dxa"/>
          </w:tcPr>
          <w:p w14:paraId="3BE0EA40" w14:textId="77777777" w:rsidR="00DD0795" w:rsidRDefault="00000000">
            <w:r>
              <w:t>☐ No   ☐ Sí   ☐ A veces   ☐ Prefiere no responder</w:t>
            </w:r>
          </w:p>
        </w:tc>
      </w:tr>
      <w:tr w:rsidR="00614AA9" w14:paraId="559874C7" w14:textId="77777777">
        <w:tc>
          <w:tcPr>
            <w:tcW w:w="4986" w:type="dxa"/>
          </w:tcPr>
          <w:p w14:paraId="6C1239A4" w14:textId="0CA424CF" w:rsidR="008219D9" w:rsidRDefault="00000000">
            <w:r>
              <w:t>¿</w:t>
            </w:r>
            <w:proofErr w:type="spellStart"/>
            <w:r>
              <w:t>Está</w:t>
            </w:r>
            <w:proofErr w:type="spellEnd"/>
            <w:r>
              <w:t xml:space="preserve">(n) </w:t>
            </w:r>
            <w:proofErr w:type="spellStart"/>
            <w:r>
              <w:t>dispuest</w:t>
            </w:r>
            <w:r w:rsidR="00A5156C">
              <w:t>o</w:t>
            </w:r>
            <w:proofErr w:type="spellEnd"/>
            <w:r>
              <w:t xml:space="preserve">(s) a usar </w:t>
            </w:r>
            <w:proofErr w:type="spellStart"/>
            <w:r>
              <w:t>preservativo</w:t>
            </w:r>
            <w:proofErr w:type="spellEnd"/>
            <w:r>
              <w:t xml:space="preserve"> (u otro </w:t>
            </w:r>
            <w:proofErr w:type="spellStart"/>
            <w:r>
              <w:t>método</w:t>
            </w:r>
            <w:proofErr w:type="spellEnd"/>
            <w:r>
              <w:t xml:space="preserve"> de barrera) </w:t>
            </w:r>
            <w:proofErr w:type="spellStart"/>
            <w:r>
              <w:t>durante</w:t>
            </w:r>
            <w:proofErr w:type="spellEnd"/>
            <w:r>
              <w:t xml:space="preserve"> </w:t>
            </w: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periodo</w:t>
            </w:r>
            <w:proofErr w:type="spellEnd"/>
            <w:r>
              <w:t xml:space="preserve"> de </w:t>
            </w:r>
            <w:proofErr w:type="spellStart"/>
            <w:r>
              <w:t>aprendiza</w:t>
            </w:r>
            <w:r w:rsidR="008219D9">
              <w:t>je</w:t>
            </w:r>
            <w:proofErr w:type="spellEnd"/>
            <w:r w:rsidR="008219D9">
              <w:t>?</w:t>
            </w:r>
          </w:p>
          <w:p w14:paraId="123A274A" w14:textId="77777777" w:rsidR="00614AA9" w:rsidRPr="008219D9" w:rsidRDefault="008219D9">
            <w:pPr>
              <w:rPr>
                <w:u w:val="single"/>
              </w:rPr>
            </w:pPr>
            <w:r>
              <w:t xml:space="preserve"> </w:t>
            </w:r>
            <w:r w:rsidRPr="008219D9">
              <w:rPr>
                <w:u w:val="single"/>
              </w:rPr>
              <w:t xml:space="preserve">Si es </w:t>
            </w:r>
            <w:proofErr w:type="spellStart"/>
            <w:r w:rsidRPr="008219D9">
              <w:rPr>
                <w:u w:val="single"/>
              </w:rPr>
              <w:t>que</w:t>
            </w:r>
            <w:proofErr w:type="spellEnd"/>
            <w:r w:rsidRPr="008219D9">
              <w:rPr>
                <w:u w:val="single"/>
              </w:rPr>
              <w:t xml:space="preserve"> </w:t>
            </w:r>
            <w:proofErr w:type="spellStart"/>
            <w:r w:rsidRPr="008219D9">
              <w:rPr>
                <w:u w:val="single"/>
              </w:rPr>
              <w:t>corresponde</w:t>
            </w:r>
            <w:proofErr w:type="spellEnd"/>
            <w:r w:rsidRPr="008219D9">
              <w:rPr>
                <w:u w:val="single"/>
              </w:rPr>
              <w:t xml:space="preserve"> </w:t>
            </w:r>
            <w:proofErr w:type="spellStart"/>
            <w:r w:rsidRPr="008219D9">
              <w:rPr>
                <w:u w:val="single"/>
              </w:rPr>
              <w:t>según</w:t>
            </w:r>
            <w:proofErr w:type="spellEnd"/>
            <w:r w:rsidRPr="008219D9">
              <w:rPr>
                <w:u w:val="single"/>
              </w:rPr>
              <w:t xml:space="preserve"> </w:t>
            </w:r>
            <w:proofErr w:type="spellStart"/>
            <w:r w:rsidRPr="008219D9">
              <w:rPr>
                <w:u w:val="single"/>
              </w:rPr>
              <w:t>el</w:t>
            </w:r>
            <w:proofErr w:type="spellEnd"/>
            <w:r w:rsidRPr="008219D9">
              <w:rPr>
                <w:u w:val="single"/>
              </w:rPr>
              <w:t xml:space="preserve"> </w:t>
            </w:r>
            <w:proofErr w:type="spellStart"/>
            <w:r w:rsidRPr="008219D9">
              <w:rPr>
                <w:u w:val="single"/>
              </w:rPr>
              <w:t>objetivo</w:t>
            </w:r>
            <w:proofErr w:type="spellEnd"/>
            <w:r w:rsidRPr="008219D9">
              <w:rPr>
                <w:u w:val="single"/>
              </w:rPr>
              <w:t xml:space="preserve"> </w:t>
            </w:r>
            <w:proofErr w:type="spellStart"/>
            <w:r w:rsidRPr="008219D9">
              <w:rPr>
                <w:u w:val="single"/>
              </w:rPr>
              <w:t>reproductivo</w:t>
            </w:r>
            <w:proofErr w:type="spellEnd"/>
            <w:r w:rsidRPr="008219D9">
              <w:rPr>
                <w:u w:val="single"/>
              </w:rPr>
              <w:t xml:space="preserve">* </w:t>
            </w:r>
          </w:p>
        </w:tc>
        <w:tc>
          <w:tcPr>
            <w:tcW w:w="4986" w:type="dxa"/>
          </w:tcPr>
          <w:p w14:paraId="5C020C23" w14:textId="77777777" w:rsidR="00614AA9" w:rsidRDefault="00000000">
            <w:r>
              <w:t>☐ Sí   ☐ No   ☐ A veces   ☐ Por conversar</w:t>
            </w:r>
          </w:p>
        </w:tc>
      </w:tr>
      <w:tr w:rsidR="00614AA9" w14:paraId="602562FB" w14:textId="77777777">
        <w:tc>
          <w:tcPr>
            <w:tcW w:w="4986" w:type="dxa"/>
          </w:tcPr>
          <w:p w14:paraId="54C4DCDE" w14:textId="77777777" w:rsidR="00DD0795" w:rsidRDefault="00000000">
            <w:r>
              <w:t>Acuerdos/observaciones relevantes (comunicación, protección, límites, autonomía, alertas)</w:t>
            </w:r>
          </w:p>
        </w:tc>
        <w:tc>
          <w:tcPr>
            <w:tcW w:w="4986" w:type="dxa"/>
          </w:tcPr>
          <w:p w14:paraId="1F5A240A" w14:textId="77777777" w:rsidR="00DD0795" w:rsidRDefault="00000000">
            <w:r>
              <w:t>_________________________________________________________________</w:t>
            </w:r>
            <w:r>
              <w:br/>
              <w:t>__________________________________________________________________</w:t>
            </w:r>
          </w:p>
        </w:tc>
      </w:tr>
    </w:tbl>
    <w:p w14:paraId="15531EBD" w14:textId="77777777" w:rsidR="007F0E8E" w:rsidRDefault="007F0E8E"/>
    <w:p w14:paraId="30CEED30" w14:textId="77777777" w:rsidR="007F0E8E" w:rsidRDefault="00000000">
      <w:pPr>
        <w:pStyle w:val="Ttulo1"/>
      </w:pPr>
      <w:r>
        <w:lastRenderedPageBreak/>
        <w:t>5) Síntomas por fase (marcar y describir)</w:t>
      </w:r>
    </w:p>
    <w:p w14:paraId="0D6E0A94" w14:textId="77777777" w:rsidR="007F0E8E" w:rsidRDefault="00000000">
      <w:pPr>
        <w:pStyle w:val="Ttulo2"/>
      </w:pPr>
      <w:r>
        <w:t>Fase premenstrual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7472"/>
      </w:tblGrid>
      <w:tr w:rsidR="007F0E8E" w14:paraId="74F0F36F" w14:textId="77777777">
        <w:tc>
          <w:tcPr>
            <w:tcW w:w="498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9895D3" w14:textId="77777777" w:rsidR="007F0E8E" w:rsidRDefault="00000000">
            <w:r>
              <w:rPr>
                <w:b/>
                <w:sz w:val="21"/>
              </w:rPr>
              <w:t>Checklist</w:t>
            </w:r>
          </w:p>
        </w:tc>
        <w:tc>
          <w:tcPr>
            <w:tcW w:w="498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5B8931F" w14:textId="77777777" w:rsidR="007F0E8E" w:rsidRDefault="00000000">
            <w:r>
              <w:rPr>
                <w:b/>
                <w:sz w:val="21"/>
              </w:rPr>
              <w:t>Descripción breve (si aplica)</w:t>
            </w:r>
          </w:p>
        </w:tc>
      </w:tr>
      <w:tr w:rsidR="007F0E8E" w14:paraId="7D23CE32" w14:textId="77777777"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B7EE19" w14:textId="77777777" w:rsidR="007F0E8E" w:rsidRDefault="00000000">
            <w:r>
              <w:t>☐ Dolor pélvico/abdominal</w:t>
            </w:r>
            <w:r>
              <w:br/>
              <w:t>☐ Distensión/edema</w:t>
            </w:r>
            <w:r>
              <w:br/>
              <w:t>☐ Dolor mamario</w:t>
            </w:r>
          </w:p>
        </w:tc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3609D3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2A411C26" w14:textId="77777777"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1AA5F9B" w14:textId="77777777" w:rsidR="007F0E8E" w:rsidRDefault="00000000">
            <w:r>
              <w:t>☐ Cefalea/migraña</w:t>
            </w:r>
            <w:r>
              <w:br/>
              <w:t>☐ Cambios de apetito/antojos</w:t>
            </w:r>
            <w:r>
              <w:br/>
              <w:t>☐ Acné/cambios de piel</w:t>
            </w:r>
          </w:p>
        </w:tc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022987F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0671235E" w14:textId="77777777"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EE1B9BE" w14:textId="77777777" w:rsidR="007F0E8E" w:rsidRDefault="00000000">
            <w:r>
              <w:t>☐ Ansiedad</w:t>
            </w:r>
            <w:r>
              <w:br/>
              <w:t>☐ Irritabilidad</w:t>
            </w:r>
            <w:r>
              <w:br/>
              <w:t>☐ Tristeza/llanto</w:t>
            </w:r>
          </w:p>
        </w:tc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49F82FE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59857623" w14:textId="77777777"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667F80" w14:textId="77777777" w:rsidR="007F0E8E" w:rsidRDefault="00000000">
            <w:r>
              <w:t>☐ Insomnio/sueño no reparador</w:t>
            </w:r>
            <w:r>
              <w:br/>
              <w:t>☐ Rumiación/niebla mental</w:t>
            </w:r>
            <w:r>
              <w:br/>
              <w:t>☐ Otro: ____________</w:t>
            </w:r>
          </w:p>
        </w:tc>
        <w:tc>
          <w:tcPr>
            <w:tcW w:w="498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362DBD" w14:textId="77777777" w:rsidR="007F0E8E" w:rsidRDefault="00000000">
            <w:r>
              <w:t>__________________________________________________________________</w:t>
            </w:r>
          </w:p>
        </w:tc>
      </w:tr>
    </w:tbl>
    <w:p w14:paraId="70120BAE" w14:textId="77777777" w:rsidR="007F0E8E" w:rsidRDefault="007F0E8E"/>
    <w:p w14:paraId="7F5712C9" w14:textId="77777777" w:rsidR="007F0E8E" w:rsidRDefault="00000000">
      <w:pPr>
        <w:pStyle w:val="Ttulo2"/>
      </w:pPr>
      <w:r>
        <w:t>Fase menstrual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90"/>
        <w:gridCol w:w="7472"/>
      </w:tblGrid>
      <w:tr w:rsidR="007F0E8E" w14:paraId="0F21D88F" w14:textId="77777777" w:rsidTr="004D6A32">
        <w:tc>
          <w:tcPr>
            <w:tcW w:w="2740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A789D88" w14:textId="77777777" w:rsidR="007F0E8E" w:rsidRDefault="00000000">
            <w:r>
              <w:rPr>
                <w:b/>
                <w:sz w:val="21"/>
              </w:rPr>
              <w:t>Pregunta</w:t>
            </w:r>
          </w:p>
        </w:tc>
        <w:tc>
          <w:tcPr>
            <w:tcW w:w="747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4055A2" w14:textId="77777777" w:rsidR="007F0E8E" w:rsidRDefault="00000000">
            <w:r>
              <w:rPr>
                <w:b/>
                <w:sz w:val="21"/>
              </w:rPr>
              <w:t>Registro</w:t>
            </w:r>
          </w:p>
        </w:tc>
      </w:tr>
      <w:tr w:rsidR="007F0E8E" w14:paraId="51648CBD" w14:textId="77777777" w:rsidTr="004D6A32">
        <w:tc>
          <w:tcPr>
            <w:tcW w:w="274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7D9BFA" w14:textId="77777777" w:rsidR="007F0E8E" w:rsidRDefault="00000000">
            <w:r>
              <w:t>Dolor menstrual (EVA 0–10)</w:t>
            </w:r>
          </w:p>
        </w:tc>
        <w:tc>
          <w:tcPr>
            <w:tcW w:w="747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DD577E0" w14:textId="77777777" w:rsidR="007F0E8E" w:rsidRDefault="00000000">
            <w:r>
              <w:t>EVA ________   ☐ Con analgésicos   ☐ Sin analgésicos</w:t>
            </w:r>
          </w:p>
        </w:tc>
      </w:tr>
      <w:tr w:rsidR="007F0E8E" w14:paraId="40F9EDBC" w14:textId="77777777" w:rsidTr="004D6A32">
        <w:tc>
          <w:tcPr>
            <w:tcW w:w="274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7809A0" w14:textId="77777777" w:rsidR="007F0E8E" w:rsidRDefault="00000000">
            <w:r>
              <w:t>Sitio del dolor / irradiación</w:t>
            </w:r>
          </w:p>
        </w:tc>
        <w:tc>
          <w:tcPr>
            <w:tcW w:w="747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16063C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1CB7BF1B" w14:textId="77777777" w:rsidTr="004D6A32">
        <w:tc>
          <w:tcPr>
            <w:tcW w:w="274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F221924" w14:textId="77777777" w:rsidR="007F0E8E" w:rsidRDefault="00000000">
            <w:r>
              <w:t>Otras molestias (náuseas, diarrea, mareos, etc.)</w:t>
            </w:r>
          </w:p>
        </w:tc>
        <w:tc>
          <w:tcPr>
            <w:tcW w:w="747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2B5DBB" w14:textId="77777777" w:rsidR="007F0E8E" w:rsidRDefault="00000000">
            <w:r>
              <w:t>__________________________________________________________________</w:t>
            </w:r>
          </w:p>
        </w:tc>
      </w:tr>
      <w:tr w:rsidR="007F0E8E" w14:paraId="1BA593E5" w14:textId="77777777" w:rsidTr="004D6A32">
        <w:tc>
          <w:tcPr>
            <w:tcW w:w="2740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02B1F10" w14:textId="77777777" w:rsidR="007F0E8E" w:rsidRDefault="00000000">
            <w:r>
              <w:t xml:space="preserve">Impacto </w:t>
            </w:r>
            <w:proofErr w:type="spellStart"/>
            <w:r>
              <w:t>en</w:t>
            </w:r>
            <w:proofErr w:type="spellEnd"/>
            <w:r>
              <w:t xml:space="preserve"> la </w:t>
            </w:r>
            <w:proofErr w:type="spellStart"/>
            <w:r>
              <w:t>vida</w:t>
            </w:r>
            <w:proofErr w:type="spellEnd"/>
            <w:r>
              <w:t xml:space="preserve"> </w:t>
            </w:r>
            <w:proofErr w:type="spellStart"/>
            <w:r>
              <w:t>diaria</w:t>
            </w:r>
            <w:proofErr w:type="spellEnd"/>
          </w:p>
        </w:tc>
        <w:tc>
          <w:tcPr>
            <w:tcW w:w="747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15381C1" w14:textId="77777777" w:rsidR="007F0E8E" w:rsidRDefault="00000000">
            <w:r>
              <w:t>☐ Leve   ☐ Moderado   ☐ Severo   ☐ Ausentismo</w:t>
            </w:r>
          </w:p>
        </w:tc>
      </w:tr>
    </w:tbl>
    <w:p w14:paraId="3A27764F" w14:textId="77777777" w:rsidR="007F0E8E" w:rsidRDefault="007F0E8E"/>
    <w:p w14:paraId="16F27E6E" w14:textId="77777777" w:rsidR="00183C82" w:rsidRDefault="00183C82"/>
    <w:p w14:paraId="6FE9119B" w14:textId="77777777" w:rsidR="00183C82" w:rsidRDefault="00183C82"/>
    <w:p w14:paraId="5B556ABB" w14:textId="77777777" w:rsidR="00183C82" w:rsidRDefault="00183C82"/>
    <w:p w14:paraId="76EC78D9" w14:textId="77777777" w:rsidR="00183C82" w:rsidRDefault="00183C82"/>
    <w:p w14:paraId="68E512C4" w14:textId="77777777" w:rsidR="00183C82" w:rsidRDefault="00183C82"/>
    <w:p w14:paraId="370DE5CF" w14:textId="77777777" w:rsidR="00183C82" w:rsidRDefault="00183C82"/>
    <w:p w14:paraId="2B3612AA" w14:textId="77777777" w:rsidR="007F0E8E" w:rsidRDefault="00000000">
      <w:pPr>
        <w:pStyle w:val="Ttulo1"/>
      </w:pPr>
      <w:r>
        <w:t xml:space="preserve">6) Pilares de </w:t>
      </w:r>
      <w:proofErr w:type="spellStart"/>
      <w:r>
        <w:t>salud</w:t>
      </w:r>
      <w:proofErr w:type="spellEnd"/>
      <w:r>
        <w:t xml:space="preserve"> (screening breve)</w:t>
      </w:r>
    </w:p>
    <w:p w14:paraId="5476BCC7" w14:textId="77777777" w:rsidR="007F0E8E" w:rsidRDefault="00000000">
      <w:r>
        <w:rPr>
          <w:i/>
        </w:rPr>
        <w:t xml:space="preserve">Escala </w:t>
      </w:r>
      <w:proofErr w:type="spellStart"/>
      <w:r>
        <w:rPr>
          <w:i/>
        </w:rPr>
        <w:t>sugerida</w:t>
      </w:r>
      <w:proofErr w:type="spellEnd"/>
      <w:r>
        <w:rPr>
          <w:i/>
        </w:rPr>
        <w:t>: 0 = nada / 10 = excelente. Registrar además observaciones o ejemplos.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54"/>
        <w:gridCol w:w="793"/>
        <w:gridCol w:w="6815"/>
      </w:tblGrid>
      <w:tr w:rsidR="007F0E8E" w14:paraId="68F74BFC" w14:textId="77777777">
        <w:tc>
          <w:tcPr>
            <w:tcW w:w="340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3500E5" w14:textId="77777777" w:rsidR="007F0E8E" w:rsidRDefault="00000000">
            <w:r>
              <w:rPr>
                <w:b/>
                <w:sz w:val="21"/>
              </w:rPr>
              <w:t>Área</w:t>
            </w:r>
          </w:p>
        </w:tc>
        <w:tc>
          <w:tcPr>
            <w:tcW w:w="1417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7052E5" w14:textId="77777777" w:rsidR="007F0E8E" w:rsidRDefault="00000000">
            <w:r>
              <w:rPr>
                <w:b/>
                <w:sz w:val="21"/>
              </w:rPr>
              <w:t>0–10</w:t>
            </w:r>
          </w:p>
        </w:tc>
        <w:tc>
          <w:tcPr>
            <w:tcW w:w="4819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628DEC8" w14:textId="77777777" w:rsidR="007F0E8E" w:rsidRDefault="00000000">
            <w:r>
              <w:rPr>
                <w:b/>
                <w:sz w:val="21"/>
              </w:rPr>
              <w:t>Observaciones</w:t>
            </w:r>
          </w:p>
        </w:tc>
      </w:tr>
      <w:tr w:rsidR="007F0E8E" w14:paraId="3A07EE25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2AFEA0" w14:textId="77777777" w:rsidR="007F0E8E" w:rsidRDefault="00000000">
            <w:r>
              <w:t>Vínculos y salud emocional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773888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C0B5B6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4BF99AA9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47D1EA" w14:textId="77777777" w:rsidR="007F0E8E" w:rsidRDefault="00000000">
            <w:r>
              <w:t>Estrés y salud mental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4CDAFF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7A2C12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32D8F2ED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1AF235B" w14:textId="77777777" w:rsidR="007F0E8E" w:rsidRDefault="00000000">
            <w:r>
              <w:t>Sol y naturaleza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6EC2B5A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481EF8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224F681A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7EC37FA" w14:textId="77777777" w:rsidR="007F0E8E" w:rsidRDefault="00000000">
            <w:r>
              <w:t>Síntomas digestivos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2C4F68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AEF1D99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1E7A437A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B59680A" w14:textId="77777777" w:rsidR="007F0E8E" w:rsidRDefault="00000000">
            <w:r>
              <w:t>Tránsito intestinal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FF92320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C52DC8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09FF2077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37B4F6C" w14:textId="77777777" w:rsidR="007F0E8E" w:rsidRDefault="00000000">
            <w:r>
              <w:t>Ejercicio físico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A2D39A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D9C8DF7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21D9869A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8D1FA4" w14:textId="77777777" w:rsidR="007F0E8E" w:rsidRDefault="00000000">
            <w:r>
              <w:t>Sueño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03A914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7A1737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0C77F3D7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0D91E5" w14:textId="77777777" w:rsidR="007F0E8E" w:rsidRDefault="00000000">
            <w:r>
              <w:t>Alimentación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A2D0C2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2FA920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7B2F8948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0D22FF5" w14:textId="77777777" w:rsidR="007F0E8E" w:rsidRDefault="00000000">
            <w:r>
              <w:t>Té / café (cantidad/horarios)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86B454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CC0CAC4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13D2571F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9B28551" w14:textId="77777777" w:rsidR="007F0E8E" w:rsidRDefault="00000000">
            <w:r>
              <w:t>Alcohol / drogas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0B15F81" w14:textId="77777777" w:rsidR="007F0E8E" w:rsidRDefault="00000000">
            <w:r>
              <w:t>___</w:t>
            </w:r>
          </w:p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FA97AA2" w14:textId="77777777" w:rsidR="007F0E8E" w:rsidRDefault="00000000">
            <w:r>
              <w:t>____________________________________________________________</w:t>
            </w:r>
          </w:p>
        </w:tc>
      </w:tr>
      <w:tr w:rsidR="007F0E8E" w14:paraId="74F5A77F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64FD12" w14:textId="77777777" w:rsidR="007F0E8E" w:rsidRDefault="00000000">
            <w:r>
              <w:t>Notas clínicas / acuerdos iniciales</w:t>
            </w:r>
          </w:p>
        </w:tc>
        <w:tc>
          <w:tcPr>
            <w:tcW w:w="1417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4D4B3B" w14:textId="77777777" w:rsidR="007F0E8E" w:rsidRDefault="007F0E8E"/>
        </w:tc>
        <w:tc>
          <w:tcPr>
            <w:tcW w:w="4819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84BF4A8" w14:textId="77777777" w:rsidR="007F0E8E" w:rsidRDefault="00000000">
            <w:r>
              <w:t>____________________________________________________________</w:t>
            </w:r>
            <w:r>
              <w:br/>
              <w:t>____________________________________________________________</w:t>
            </w:r>
          </w:p>
        </w:tc>
      </w:tr>
    </w:tbl>
    <w:p w14:paraId="0F27A482" w14:textId="77777777" w:rsidR="007F0E8E" w:rsidRDefault="007F0E8E"/>
    <w:p w14:paraId="7EDEBBF5" w14:textId="77777777" w:rsidR="007F0E8E" w:rsidRDefault="00000000">
      <w:pPr>
        <w:pStyle w:val="Ttulo1"/>
      </w:pPr>
      <w:r>
        <w:t>7) Plan inicial del acompañamiento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02"/>
        <w:gridCol w:w="6236"/>
      </w:tblGrid>
      <w:tr w:rsidR="007F0E8E" w14:paraId="1A2B76DF" w14:textId="77777777">
        <w:tc>
          <w:tcPr>
            <w:tcW w:w="3402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DD90B4" w14:textId="77777777" w:rsidR="007F0E8E" w:rsidRDefault="00000000">
            <w:r>
              <w:rPr>
                <w:b/>
                <w:sz w:val="21"/>
              </w:rPr>
              <w:t>Ítem</w:t>
            </w:r>
          </w:p>
        </w:tc>
        <w:tc>
          <w:tcPr>
            <w:tcW w:w="6236" w:type="dxa"/>
            <w:shd w:val="clear" w:color="auto" w:fill="EEF2F7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05160A" w14:textId="77777777" w:rsidR="007F0E8E" w:rsidRDefault="00000000">
            <w:r>
              <w:rPr>
                <w:b/>
                <w:sz w:val="21"/>
              </w:rPr>
              <w:t>Registro</w:t>
            </w:r>
          </w:p>
        </w:tc>
      </w:tr>
      <w:tr w:rsidR="007F0E8E" w14:paraId="3C8B91B4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7BF898" w14:textId="77777777" w:rsidR="007F0E8E" w:rsidRDefault="00000000">
            <w:r>
              <w:t>Herramientas elegidas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EFC9FCE" w14:textId="77777777" w:rsidR="007F0E8E" w:rsidRDefault="00000000">
            <w:r>
              <w:t>☐ App (Read Your Body)   ☐ Papel   ☐ Ambas</w:t>
            </w:r>
          </w:p>
        </w:tc>
      </w:tr>
      <w:tr w:rsidR="007F0E8E" w14:paraId="4107537C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618792" w14:textId="77777777" w:rsidR="007F0E8E" w:rsidRDefault="00000000">
            <w:r>
              <w:t>Termómetro basal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9ADC6F" w14:textId="77777777" w:rsidR="007F0E8E" w:rsidRDefault="00000000">
            <w:r>
              <w:t>☐ Ya tiene   ☐ Debe comprar   Marca/modelo: ______________________</w:t>
            </w:r>
          </w:p>
        </w:tc>
      </w:tr>
      <w:tr w:rsidR="007F0E8E" w14:paraId="290A9C75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11A889F" w14:textId="77777777" w:rsidR="007F0E8E" w:rsidRDefault="00000000">
            <w:r>
              <w:t>Biomarcadores a registrar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F82E08" w14:textId="77777777" w:rsidR="007F0E8E" w:rsidRDefault="00000000">
            <w:r>
              <w:t xml:space="preserve">☐ Temperatura   ☐ Moco cervical   ☐ Cérvix   </w:t>
            </w:r>
          </w:p>
        </w:tc>
      </w:tr>
      <w:tr w:rsidR="007F0E8E" w14:paraId="7113A203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7210D26" w14:textId="77777777" w:rsidR="007F0E8E" w:rsidRDefault="00000000">
            <w:r>
              <w:t>Frecuencia de revisión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0230B6" w14:textId="77777777" w:rsidR="007F0E8E" w:rsidRDefault="00000000">
            <w:r>
              <w:t xml:space="preserve">☐ Semanal   ☐ Cada 2 semanas   ☐ Mensual   ☐ Otro: </w:t>
            </w:r>
          </w:p>
        </w:tc>
      </w:tr>
      <w:tr w:rsidR="007F0E8E" w14:paraId="11CFD420" w14:textId="77777777">
        <w:tc>
          <w:tcPr>
            <w:tcW w:w="3402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3B3C83" w14:textId="77777777" w:rsidR="007F0E8E" w:rsidRDefault="00000000">
            <w:r>
              <w:t>Próximo encuentro (fecha/hora)</w:t>
            </w:r>
          </w:p>
        </w:tc>
        <w:tc>
          <w:tcPr>
            <w:tcW w:w="6236" w:type="dxa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08D24F7" w14:textId="77777777" w:rsidR="007F0E8E" w:rsidRDefault="00000000">
            <w:r>
              <w:t>____ / ____ / ______   ______ : ______</w:t>
            </w:r>
          </w:p>
        </w:tc>
      </w:tr>
    </w:tbl>
    <w:p w14:paraId="6D099289" w14:textId="77777777" w:rsidR="007F0E8E" w:rsidRDefault="007F0E8E"/>
    <w:p w14:paraId="2347737A" w14:textId="77777777" w:rsidR="007F0E8E" w:rsidRDefault="007F0E8E"/>
    <w:p w14:paraId="0725E3C5" w14:textId="77777777" w:rsidR="007F0E8E" w:rsidRDefault="00000000">
      <w:pPr>
        <w:jc w:val="center"/>
      </w:pPr>
      <w:r>
        <w:rPr>
          <w:i/>
        </w:rPr>
        <w:t>Confidencial. Esta ficha es un apoyo formativo y no reemplaza el registro clínico institucional si corresponde.</w:t>
      </w:r>
    </w:p>
    <w:sectPr w:rsidR="007F0E8E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969495">
    <w:abstractNumId w:val="8"/>
  </w:num>
  <w:num w:numId="2" w16cid:durableId="789393924">
    <w:abstractNumId w:val="6"/>
  </w:num>
  <w:num w:numId="3" w16cid:durableId="1065031276">
    <w:abstractNumId w:val="5"/>
  </w:num>
  <w:num w:numId="4" w16cid:durableId="1674144541">
    <w:abstractNumId w:val="4"/>
  </w:num>
  <w:num w:numId="5" w16cid:durableId="1158884597">
    <w:abstractNumId w:val="7"/>
  </w:num>
  <w:num w:numId="6" w16cid:durableId="529025406">
    <w:abstractNumId w:val="3"/>
  </w:num>
  <w:num w:numId="7" w16cid:durableId="1764187533">
    <w:abstractNumId w:val="2"/>
  </w:num>
  <w:num w:numId="8" w16cid:durableId="1946499154">
    <w:abstractNumId w:val="1"/>
  </w:num>
  <w:num w:numId="9" w16cid:durableId="214121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76A7"/>
    <w:rsid w:val="0015074B"/>
    <w:rsid w:val="00183C82"/>
    <w:rsid w:val="0029639D"/>
    <w:rsid w:val="00326F90"/>
    <w:rsid w:val="00405B63"/>
    <w:rsid w:val="004D6A32"/>
    <w:rsid w:val="00614AA9"/>
    <w:rsid w:val="007F0E8E"/>
    <w:rsid w:val="008219D9"/>
    <w:rsid w:val="008835BC"/>
    <w:rsid w:val="00A5156C"/>
    <w:rsid w:val="00A93656"/>
    <w:rsid w:val="00AA1D8D"/>
    <w:rsid w:val="00B47730"/>
    <w:rsid w:val="00BD78E3"/>
    <w:rsid w:val="00CB0664"/>
    <w:rsid w:val="00DD0795"/>
    <w:rsid w:val="00DD5A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A959A"/>
  <w14:defaultImageDpi w14:val="300"/>
  <w15:docId w15:val="{94533ABA-5EF4-473F-8A3A-D0778EBE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1076</Words>
  <Characters>5920</Characters>
  <Application>Microsoft Office Word</Application>
  <DocSecurity>0</DocSecurity>
  <Lines>49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Amapola Valdivia</cp:lastModifiedBy>
  <cp:revision>2</cp:revision>
  <dcterms:created xsi:type="dcterms:W3CDTF">2026-03-18T18:09:00Z</dcterms:created>
  <dcterms:modified xsi:type="dcterms:W3CDTF">2026-03-18T18:09:00Z</dcterms:modified>
  <cp:category/>
</cp:coreProperties>
</file>