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7C84C" w14:textId="77777777" w:rsidR="00202E94" w:rsidRDefault="00000000">
      <w:pPr>
        <w:pStyle w:val="Ttulo"/>
      </w:pPr>
      <w:r>
        <w:t>Cuaderno de Trabajo - Mentoría Vive de tu vocación (Sesión 2)</w:t>
      </w:r>
    </w:p>
    <w:p w14:paraId="128BE048" w14:textId="77777777" w:rsidR="00202E94" w:rsidRDefault="00000000">
      <w:r>
        <w:t>En este cuaderno de trabajo vas a crear tu primera oferta digital a través del concepto de una “estrella irresistible”. Cada sección incluye una breve explicación, un ejemplo guía y un espacio para que desarrolles tu propia oferta.</w:t>
      </w:r>
    </w:p>
    <w:p w14:paraId="1B27E760" w14:textId="77777777" w:rsidR="00202E94" w:rsidRDefault="00000000">
      <w:pPr>
        <w:pStyle w:val="Ttulo1"/>
      </w:pPr>
      <w:r>
        <w:t>1. PROMESA</w:t>
      </w:r>
    </w:p>
    <w:p w14:paraId="64E410B6" w14:textId="77777777" w:rsidR="00202E94" w:rsidRDefault="00000000">
      <w:r>
        <w:t>Descripción:</w:t>
      </w:r>
      <w:r>
        <w:br/>
        <w:t>Define con claridad qué transformación le ofreces a tu avatar. Debe ser específica, centrada en una persona y en un problema concreto. Incluye el dolor que soluciona y el resultado deseado.</w:t>
      </w:r>
    </w:p>
    <w:p w14:paraId="1C61F0DC" w14:textId="77777777" w:rsidR="00202E94" w:rsidRDefault="00000000">
      <w:r>
        <w:t>Ejemplo:</w:t>
      </w:r>
      <w:r>
        <w:br/>
        <w:t>“Ayudo a mujeres con dolor menstrual a sanar su dolor en 8 semanas mediante la regulación del sistema nervioso y hábitos integrales.”</w:t>
      </w:r>
    </w:p>
    <w:p w14:paraId="7461DA1F" w14:textId="77777777" w:rsidR="00202E94" w:rsidRDefault="00000000">
      <w:r>
        <w:t>Ahora es tu turno:</w:t>
      </w:r>
      <w:r>
        <w:br/>
      </w:r>
      <w:r w:rsidRPr="0059372E">
        <w:rPr>
          <w:b/>
          <w:bCs/>
        </w:rPr>
        <w:t>¿Cuál será la promesa que le harás a tu avatar?</w:t>
      </w:r>
      <w:r w:rsidRPr="0059372E">
        <w:rPr>
          <w:b/>
          <w:bCs/>
        </w:rPr>
        <w:br/>
      </w:r>
      <w:r>
        <w:br/>
      </w:r>
    </w:p>
    <w:p w14:paraId="68F9CBEC" w14:textId="77777777" w:rsidR="00202E94" w:rsidRDefault="00000000">
      <w:pPr>
        <w:pStyle w:val="Ttulo1"/>
      </w:pPr>
      <w:r>
        <w:t>2. OFERTA (Elementos base)</w:t>
      </w:r>
    </w:p>
    <w:p w14:paraId="521115E5" w14:textId="77777777" w:rsidR="00202E94" w:rsidRDefault="00000000">
      <w:r>
        <w:t>Descripción:</w:t>
      </w:r>
      <w:r>
        <w:br/>
        <w:t>Aquí defines el vehículo de tu oferta (programa, mentoría, curso, etc.) y sus componentes principales. Esto es la base estructural de tu servicio.</w:t>
      </w:r>
    </w:p>
    <w:p w14:paraId="7481C103" w14:textId="77777777" w:rsidR="00202E94" w:rsidRDefault="00000000">
      <w:r>
        <w:t>Ejemplo:</w:t>
      </w:r>
      <w:r>
        <w:br/>
        <w:t>Título: “Programa para sanar el dolor menstrual”</w:t>
      </w:r>
      <w:r>
        <w:br/>
        <w:t>Elementos:</w:t>
      </w:r>
      <w:r>
        <w:br/>
        <w:t>- 8 sesiones en vivo</w:t>
      </w:r>
      <w:r>
        <w:br/>
        <w:t>- 6 clases grabadas</w:t>
      </w:r>
      <w:r>
        <w:br/>
        <w:t>- 4 guías prácticas</w:t>
      </w:r>
      <w:r>
        <w:br/>
        <w:t>- 3 protocolos de autocuidado</w:t>
      </w:r>
    </w:p>
    <w:p w14:paraId="30D69397" w14:textId="77777777" w:rsidR="00202E94" w:rsidRDefault="00000000">
      <w:r>
        <w:t>Ahora es tu turno:</w:t>
      </w:r>
      <w:r>
        <w:br/>
      </w:r>
      <w:r w:rsidRPr="0059372E">
        <w:rPr>
          <w:b/>
          <w:bCs/>
        </w:rPr>
        <w:t>Define tu oferta:</w:t>
      </w:r>
      <w:r w:rsidRPr="0059372E">
        <w:rPr>
          <w:b/>
          <w:bCs/>
        </w:rPr>
        <w:br/>
        <w:t>Título:</w:t>
      </w:r>
      <w:r w:rsidRPr="0059372E">
        <w:rPr>
          <w:b/>
          <w:bCs/>
        </w:rPr>
        <w:br/>
        <w:t>Elementos:</w:t>
      </w:r>
      <w:r w:rsidRPr="0059372E">
        <w:rPr>
          <w:b/>
          <w:bCs/>
        </w:rPr>
        <w:br/>
      </w:r>
      <w:r>
        <w:lastRenderedPageBreak/>
        <w:br/>
      </w:r>
    </w:p>
    <w:p w14:paraId="32E8D94E" w14:textId="77777777" w:rsidR="00202E94" w:rsidRDefault="00000000">
      <w:pPr>
        <w:pStyle w:val="Ttulo1"/>
      </w:pPr>
      <w:r>
        <w:t>3. REALIZACIÓN DEL SUEÑO</w:t>
      </w:r>
    </w:p>
    <w:p w14:paraId="29E549D2" w14:textId="77777777" w:rsidR="00202E94" w:rsidRDefault="00000000">
      <w:r>
        <w:t>Descripción:</w:t>
      </w:r>
      <w:r>
        <w:br/>
        <w:t>Amplifica el valor de tu oferta mostrando beneficios emocionales y resultados concretos. Los beneficios conectan con lo que la persona siente; los resultados con lo que puede medir.</w:t>
      </w:r>
    </w:p>
    <w:p w14:paraId="5C4DD7E0" w14:textId="77777777" w:rsidR="00202E94" w:rsidRDefault="00000000">
      <w:r>
        <w:t>Ejemplo:</w:t>
      </w:r>
      <w:r>
        <w:br/>
        <w:t>Beneficios emocionales:</w:t>
      </w:r>
      <w:r>
        <w:br/>
        <w:t>- Sentirse en calma durante su ciclo</w:t>
      </w:r>
      <w:r>
        <w:br/>
        <w:t>- Recuperar la confianza en su cuerpo</w:t>
      </w:r>
      <w:r>
        <w:br/>
      </w:r>
      <w:r>
        <w:br/>
        <w:t>Resultados tangibles:</w:t>
      </w:r>
      <w:r>
        <w:br/>
        <w:t>- Reducción del dolor en un 70%</w:t>
      </w:r>
      <w:r>
        <w:br/>
        <w:t>- Ciclos más regulares en 2-3 meses</w:t>
      </w:r>
    </w:p>
    <w:p w14:paraId="315F9D5E" w14:textId="77777777" w:rsidR="00202E94" w:rsidRDefault="00000000">
      <w:r>
        <w:t>Ahora es tu turno:</w:t>
      </w:r>
      <w:r>
        <w:br/>
      </w:r>
      <w:r w:rsidRPr="0059372E">
        <w:rPr>
          <w:b/>
          <w:bCs/>
        </w:rPr>
        <w:t>Beneficios emocionales:</w:t>
      </w:r>
      <w:r w:rsidRPr="0059372E">
        <w:rPr>
          <w:b/>
          <w:bCs/>
        </w:rPr>
        <w:br/>
      </w:r>
      <w:r>
        <w:br/>
      </w:r>
      <w:r w:rsidRPr="0059372E">
        <w:rPr>
          <w:b/>
          <w:bCs/>
        </w:rPr>
        <w:t>Resultados tangibles:</w:t>
      </w:r>
      <w:r w:rsidRPr="0059372E">
        <w:rPr>
          <w:b/>
          <w:bCs/>
        </w:rPr>
        <w:br/>
      </w:r>
      <w:r>
        <w:br/>
      </w:r>
    </w:p>
    <w:p w14:paraId="3C24F5B1" w14:textId="77777777" w:rsidR="00202E94" w:rsidRDefault="00000000">
      <w:pPr>
        <w:pStyle w:val="Ttulo1"/>
      </w:pPr>
      <w:r>
        <w:t>4. AUMENTAR PROBABILIDAD DE LOGRO</w:t>
      </w:r>
    </w:p>
    <w:p w14:paraId="70F25945" w14:textId="77777777" w:rsidR="00202E94" w:rsidRDefault="00000000">
      <w:r>
        <w:t>Descripción:</w:t>
      </w:r>
      <w:r>
        <w:br/>
        <w:t>Aquí generas la sensación de “yo sí puedo”. Lo haces mostrando tu metodología y evidencia de resultados (prueba social).</w:t>
      </w:r>
    </w:p>
    <w:p w14:paraId="1C57A155" w14:textId="77777777" w:rsidR="00202E94" w:rsidRDefault="00000000">
      <w:r>
        <w:t>Ejemplo:</w:t>
      </w:r>
      <w:r>
        <w:br/>
        <w:t>Metodología: Método de regulación del sistema nervioso en 3 fases</w:t>
      </w:r>
      <w:r>
        <w:br/>
        <w:t>Prueba social: Testimonios de mujeres que redujeron su dolor menstrual trabajando contigo</w:t>
      </w:r>
    </w:p>
    <w:p w14:paraId="68D4F7B1" w14:textId="77777777" w:rsidR="00202E94" w:rsidRDefault="00000000">
      <w:r>
        <w:t>Ahora es tu turno:</w:t>
      </w:r>
      <w:r>
        <w:br/>
      </w:r>
      <w:r w:rsidRPr="0059372E">
        <w:rPr>
          <w:b/>
          <w:bCs/>
        </w:rPr>
        <w:t>¿Qué metodología usarás?</w:t>
      </w:r>
      <w:r w:rsidRPr="0059372E">
        <w:rPr>
          <w:b/>
          <w:bCs/>
        </w:rPr>
        <w:br/>
        <w:t>¿Qué prueba social tienes o podrías tener?</w:t>
      </w:r>
      <w:r w:rsidRPr="0059372E">
        <w:rPr>
          <w:b/>
          <w:bCs/>
        </w:rPr>
        <w:br/>
      </w:r>
      <w:r>
        <w:br/>
      </w:r>
    </w:p>
    <w:p w14:paraId="4D2F3BE2" w14:textId="77777777" w:rsidR="00202E94" w:rsidRDefault="00000000">
      <w:pPr>
        <w:pStyle w:val="Ttulo1"/>
      </w:pPr>
      <w:r>
        <w:lastRenderedPageBreak/>
        <w:t>5. DISMINUIR INCERTIDUMBRE</w:t>
      </w:r>
    </w:p>
    <w:p w14:paraId="28192D3D" w14:textId="77777777" w:rsidR="00202E94" w:rsidRDefault="00000000">
      <w:r>
        <w:t>Descripción:</w:t>
      </w:r>
      <w:r>
        <w:br/>
        <w:t>Las personas necesitan claridad en el tiempo y en lo que recibirán. Define cuánto durará el proceso y agrega bonos que aumenten el valor percibido.</w:t>
      </w:r>
    </w:p>
    <w:p w14:paraId="68E9325B" w14:textId="77777777" w:rsidR="00202E94" w:rsidRDefault="00000000">
      <w:r>
        <w:t>Ejemplo:</w:t>
      </w:r>
      <w:r>
        <w:br/>
        <w:t>Duración: 8 semanas</w:t>
      </w:r>
      <w:r>
        <w:br/>
        <w:t>Bonos:</w:t>
      </w:r>
      <w:r>
        <w:br/>
        <w:t>- Guía de alimentación antiinflamatoria</w:t>
      </w:r>
      <w:r>
        <w:br/>
        <w:t>- Meditaciones guiadas de autorregulación</w:t>
      </w:r>
    </w:p>
    <w:p w14:paraId="553DCBE9" w14:textId="77777777" w:rsidR="00202E94" w:rsidRDefault="00000000">
      <w:r>
        <w:t>Ahora es tu turno:</w:t>
      </w:r>
      <w:r>
        <w:br/>
      </w:r>
      <w:r w:rsidRPr="0059372E">
        <w:rPr>
          <w:b/>
          <w:bCs/>
        </w:rPr>
        <w:t>¿En cuánto tiempo se logran los resultados?</w:t>
      </w:r>
      <w:r w:rsidRPr="0059372E">
        <w:rPr>
          <w:b/>
          <w:bCs/>
        </w:rPr>
        <w:br/>
        <w:t>¿Qué bonos agregarás?</w:t>
      </w:r>
      <w:r w:rsidRPr="0059372E">
        <w:rPr>
          <w:b/>
          <w:bCs/>
        </w:rPr>
        <w:br/>
      </w:r>
      <w:r>
        <w:br/>
      </w:r>
    </w:p>
    <w:p w14:paraId="3EC49757" w14:textId="77777777" w:rsidR="00202E94" w:rsidRDefault="00000000">
      <w:pPr>
        <w:pStyle w:val="Ttulo1"/>
      </w:pPr>
      <w:r>
        <w:t>6. DISMINUIR ESFUERZO Y FRUSTRACIÓN</w:t>
      </w:r>
    </w:p>
    <w:p w14:paraId="16EEBB73" w14:textId="77777777" w:rsidR="00202E94" w:rsidRDefault="00000000">
      <w:r>
        <w:t>Descripción:</w:t>
      </w:r>
      <w:r>
        <w:br/>
        <w:t>Detalla cómo será la experiencia para que la persona sienta acompañamiento y seguridad. Describe todo lo que incluye tu oferta y cómo se entregará.</w:t>
      </w:r>
    </w:p>
    <w:p w14:paraId="5F99F242" w14:textId="77777777" w:rsidR="00202E94" w:rsidRDefault="00000000">
      <w:r>
        <w:t>Ejemplo:</w:t>
      </w:r>
      <w:r>
        <w:br/>
        <w:t>Características:</w:t>
      </w:r>
      <w:r>
        <w:br/>
        <w:t>- Plataforma online con acceso 24/7</w:t>
      </w:r>
      <w:r>
        <w:br/>
        <w:t>- Clases grabadas + sesiones en vivo</w:t>
      </w:r>
      <w:r>
        <w:br/>
        <w:t>Acompañamiento:</w:t>
      </w:r>
      <w:r>
        <w:br/>
        <w:t>- Soporte por WhatsApp</w:t>
      </w:r>
      <w:r>
        <w:br/>
        <w:t>- Revisión personalizada de avances</w:t>
      </w:r>
    </w:p>
    <w:p w14:paraId="2FEFB2C2" w14:textId="77777777" w:rsidR="00202E94" w:rsidRDefault="00000000">
      <w:r>
        <w:t>Ahora es tu turno:</w:t>
      </w:r>
      <w:r>
        <w:br/>
      </w:r>
      <w:r w:rsidRPr="0059372E">
        <w:rPr>
          <w:b/>
          <w:bCs/>
        </w:rPr>
        <w:t>Características de tu oferta:</w:t>
      </w:r>
      <w:r w:rsidRPr="0059372E">
        <w:rPr>
          <w:b/>
          <w:bCs/>
        </w:rPr>
        <w:br/>
        <w:t>Tipo de acompañamiento:</w:t>
      </w:r>
      <w:r>
        <w:br/>
      </w:r>
      <w:r>
        <w:br/>
      </w:r>
    </w:p>
    <w:sectPr w:rsidR="00202E9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151903">
    <w:abstractNumId w:val="8"/>
  </w:num>
  <w:num w:numId="2" w16cid:durableId="82535805">
    <w:abstractNumId w:val="6"/>
  </w:num>
  <w:num w:numId="3" w16cid:durableId="1052777524">
    <w:abstractNumId w:val="5"/>
  </w:num>
  <w:num w:numId="4" w16cid:durableId="896747900">
    <w:abstractNumId w:val="4"/>
  </w:num>
  <w:num w:numId="5" w16cid:durableId="961809004">
    <w:abstractNumId w:val="7"/>
  </w:num>
  <w:num w:numId="6" w16cid:durableId="1045523071">
    <w:abstractNumId w:val="3"/>
  </w:num>
  <w:num w:numId="7" w16cid:durableId="603805885">
    <w:abstractNumId w:val="2"/>
  </w:num>
  <w:num w:numId="8" w16cid:durableId="1075975993">
    <w:abstractNumId w:val="1"/>
  </w:num>
  <w:num w:numId="9" w16cid:durableId="1731267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055F"/>
    <w:rsid w:val="0015074B"/>
    <w:rsid w:val="00202E94"/>
    <w:rsid w:val="0029639D"/>
    <w:rsid w:val="00326F90"/>
    <w:rsid w:val="0059372E"/>
    <w:rsid w:val="005D41F1"/>
    <w:rsid w:val="009442B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DC3B33"/>
  <w14:defaultImageDpi w14:val="300"/>
  <w15:docId w15:val="{D0517E48-B770-40E7-B4BB-DB716758B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Amapola Valdivia</cp:lastModifiedBy>
  <cp:revision>2</cp:revision>
  <dcterms:created xsi:type="dcterms:W3CDTF">2026-05-05T01:17:00Z</dcterms:created>
  <dcterms:modified xsi:type="dcterms:W3CDTF">2026-05-05T01:17:00Z</dcterms:modified>
  <cp:category/>
</cp:coreProperties>
</file>