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D2FE7" w14:textId="77777777" w:rsidR="00BB7ED8" w:rsidRDefault="00000000">
      <w:pPr>
        <w:pStyle w:val="Ttulo"/>
      </w:pPr>
      <w:r>
        <w:t>VIVE DE TU VOCACIÓN</w:t>
      </w:r>
      <w:r>
        <w:br/>
        <w:t>Cuaderno de Trabajo</w:t>
      </w:r>
      <w:r>
        <w:br/>
        <w:t>Radiografía de tu Avatar</w:t>
      </w:r>
    </w:p>
    <w:p w14:paraId="32738297" w14:textId="77777777" w:rsidR="00BB7ED8" w:rsidRDefault="00000000">
      <w:r>
        <w:t>Este cuaderno te ayudará a profundizar en el conocimiento de tu clienta ideal para crear servicios que realmente conecten y transformen.</w:t>
      </w:r>
      <w:r>
        <w:br/>
      </w:r>
    </w:p>
    <w:p w14:paraId="1465B43F" w14:textId="77777777" w:rsidR="00BB7ED8" w:rsidRDefault="00000000">
      <w:pPr>
        <w:pStyle w:val="Ttulo1"/>
      </w:pPr>
      <w:r>
        <w:t>1. Conociendo a tu Avatar</w:t>
      </w:r>
    </w:p>
    <w:p w14:paraId="1CC0A31D" w14:textId="77777777" w:rsidR="00BB7ED8" w:rsidRDefault="00000000">
      <w:r>
        <w:t>¿Quién es?</w:t>
      </w:r>
      <w:r>
        <w:br/>
        <w:t>____________________________________________________</w:t>
      </w:r>
      <w:r>
        <w:br/>
      </w:r>
      <w:r>
        <w:br/>
        <w:t>¿Qué problemas tiene?</w:t>
      </w:r>
      <w:r>
        <w:br/>
        <w:t>____________________________________________________</w:t>
      </w:r>
      <w:r>
        <w:br/>
      </w:r>
      <w:r>
        <w:br/>
        <w:t>¿Cuáles son sus miedos?</w:t>
      </w:r>
      <w:r>
        <w:br/>
        <w:t>____________________________________________________</w:t>
      </w:r>
      <w:r>
        <w:br/>
      </w:r>
      <w:r>
        <w:br/>
        <w:t>Piensa en una persona concreta con la que hayas trabajado o quisieras trabajar.</w:t>
      </w:r>
      <w:r>
        <w:br/>
      </w:r>
      <w:r>
        <w:br/>
        <w:t>¿Dónde vive y cuál es su estilo de vida?</w:t>
      </w:r>
      <w:r>
        <w:br/>
        <w:t>____________________________________________________</w:t>
      </w:r>
      <w:r>
        <w:br/>
      </w:r>
      <w:r>
        <w:br/>
        <w:t>¿Tiene poder adquisitivo y en qué invierte su dinero?</w:t>
      </w:r>
      <w:r>
        <w:br/>
        <w:t>____________________________________________________</w:t>
      </w:r>
      <w:r>
        <w:br/>
      </w:r>
      <w:r>
        <w:br/>
        <w:t>¿Cuáles son sus relaciones significativas?</w:t>
      </w:r>
      <w:r>
        <w:br/>
        <w:t>____________________________________________________</w:t>
      </w:r>
      <w:r>
        <w:br/>
      </w:r>
      <w:r>
        <w:br/>
        <w:t>¿Qué quiere que piensen los demás de ella o él (status)?</w:t>
      </w:r>
      <w:r>
        <w:br/>
        <w:t>____________________________________________________</w:t>
      </w:r>
      <w:r>
        <w:br/>
      </w:r>
    </w:p>
    <w:p w14:paraId="5E7DB12F" w14:textId="77777777" w:rsidR="00666A27" w:rsidRDefault="00666A27">
      <w:pPr>
        <w:pStyle w:val="Ttulo1"/>
      </w:pPr>
    </w:p>
    <w:p w14:paraId="253E5B4A" w14:textId="498DC2F9" w:rsidR="00BB7ED8" w:rsidRDefault="00000000">
      <w:pPr>
        <w:pStyle w:val="Ttulo1"/>
      </w:pPr>
      <w:r>
        <w:t>2. Profundizando en sus desafíos</w:t>
      </w:r>
    </w:p>
    <w:p w14:paraId="6440F1DC" w14:textId="77777777" w:rsidR="00BB7ED8" w:rsidRDefault="00000000">
      <w:r>
        <w:t>¿Cuál es su principal desafío?</w:t>
      </w:r>
      <w:r>
        <w:br/>
        <w:t>____________________________________________________</w:t>
      </w:r>
      <w:r>
        <w:br/>
      </w:r>
      <w:r>
        <w:br/>
        <w:t>¿Cuál es su mayor problema?</w:t>
      </w:r>
      <w:r>
        <w:br/>
        <w:t>____________________________________________________</w:t>
      </w:r>
      <w:r>
        <w:br/>
      </w:r>
      <w:r>
        <w:br/>
        <w:t>¿Qué situación le abruma?</w:t>
      </w:r>
      <w:r>
        <w:br/>
        <w:t>____________________________________________________</w:t>
      </w:r>
      <w:r>
        <w:br/>
      </w:r>
      <w:r>
        <w:br/>
        <w:t>Si tuviera una varita mágica, ¿qué solucionaría?</w:t>
      </w:r>
      <w:r>
        <w:br/>
        <w:t>____________________________________________________</w:t>
      </w:r>
      <w:r>
        <w:br/>
      </w:r>
      <w:r>
        <w:br/>
        <w:t>¿Cuál es su mayor frustración?</w:t>
      </w:r>
      <w:r>
        <w:br/>
        <w:t>____________________________________________________</w:t>
      </w:r>
      <w:r>
        <w:br/>
      </w:r>
    </w:p>
    <w:p w14:paraId="2A8B65CE" w14:textId="77777777" w:rsidR="00BB7ED8" w:rsidRDefault="00000000">
      <w:pPr>
        <w:pStyle w:val="Ttulo1"/>
      </w:pPr>
      <w:r>
        <w:t>3. Miedos y pensamientos limitantes</w:t>
      </w:r>
    </w:p>
    <w:p w14:paraId="40CD645B" w14:textId="77777777" w:rsidR="00BB7ED8" w:rsidRDefault="00000000">
      <w:r>
        <w:t>¿Qué es lo que más miedo le da?</w:t>
      </w:r>
      <w:r>
        <w:br/>
        <w:t>____________________________________________________</w:t>
      </w:r>
      <w:r>
        <w:br/>
      </w:r>
      <w:r>
        <w:br/>
        <w:t>¿Cuál es su mayor temor si no soluciona su problema?</w:t>
      </w:r>
      <w:r>
        <w:br/>
        <w:t>____________________________________________________</w:t>
      </w:r>
      <w:r>
        <w:br/>
      </w:r>
      <w:r>
        <w:br/>
        <w:t>¿Qué pensamiento no la deja dormir?</w:t>
      </w:r>
      <w:r>
        <w:br/>
        <w:t>____________________________________________________</w:t>
      </w:r>
      <w:r>
        <w:br/>
      </w:r>
      <w:r>
        <w:br/>
        <w:t>¿Qué cree que podría pasar si nada cambia?</w:t>
      </w:r>
      <w:r>
        <w:br/>
        <w:t>____________________________________________________</w:t>
      </w:r>
      <w:r>
        <w:br/>
      </w:r>
    </w:p>
    <w:p w14:paraId="228FCCB4" w14:textId="77777777" w:rsidR="00BB7ED8" w:rsidRDefault="00000000">
      <w:pPr>
        <w:pStyle w:val="Ttulo1"/>
      </w:pPr>
      <w:r>
        <w:t>4. Dolores y necesidades</w:t>
      </w:r>
    </w:p>
    <w:p w14:paraId="01ACE079" w14:textId="77777777" w:rsidR="00BB7ED8" w:rsidRDefault="00000000">
      <w:r>
        <w:t>¿Qué es lo que más le duele de su situación actual?</w:t>
      </w:r>
      <w:r>
        <w:br/>
        <w:t>____________________________________________________</w:t>
      </w:r>
      <w:r>
        <w:br/>
      </w:r>
      <w:r>
        <w:br/>
        <w:t>¿Qué necesita resolver con urgencia?</w:t>
      </w:r>
      <w:r>
        <w:br/>
        <w:t>____________________________________________________</w:t>
      </w:r>
      <w:r>
        <w:br/>
      </w:r>
      <w:r>
        <w:br/>
      </w:r>
      <w:r>
        <w:lastRenderedPageBreak/>
        <w:t>¿Cuál es su mayor dolor en este momento?</w:t>
      </w:r>
      <w:r>
        <w:br/>
        <w:t>____________________________________________________</w:t>
      </w:r>
      <w:r>
        <w:br/>
      </w:r>
      <w:r>
        <w:br/>
        <w:t>¿Qué sería lo peor que podría pasar?</w:t>
      </w:r>
      <w:r>
        <w:br/>
        <w:t>____________________________________________________</w:t>
      </w:r>
      <w:r>
        <w:br/>
      </w:r>
    </w:p>
    <w:p w14:paraId="602C3595" w14:textId="77777777" w:rsidR="00BB7ED8" w:rsidRDefault="00000000">
      <w:pPr>
        <w:pStyle w:val="Ttulo1"/>
      </w:pPr>
      <w:r>
        <w:t>5. Sueños y deseos</w:t>
      </w:r>
    </w:p>
    <w:p w14:paraId="1B1074BE" w14:textId="77777777" w:rsidR="00BB7ED8" w:rsidRDefault="00000000">
      <w:r>
        <w:t>¿Cuál sería la mejor solución para ella?</w:t>
      </w:r>
      <w:r>
        <w:br/>
        <w:t>____________________________________________________</w:t>
      </w:r>
      <w:r>
        <w:br/>
      </w:r>
      <w:r>
        <w:br/>
        <w:t>¿Cómo quiere sentirse?</w:t>
      </w:r>
      <w:r>
        <w:br/>
        <w:t>____________________________________________________</w:t>
      </w:r>
      <w:r>
        <w:br/>
      </w:r>
      <w:r>
        <w:br/>
        <w:t>¿Qué necesitaría de una especialista?</w:t>
      </w:r>
      <w:r>
        <w:br/>
        <w:t>____________________________________________________</w:t>
      </w:r>
      <w:r>
        <w:br/>
      </w:r>
      <w:r>
        <w:br/>
        <w:t>Si su problema se resolviera hoy, ¿cómo sería su vida?</w:t>
      </w:r>
      <w:r>
        <w:br/>
        <w:t>____________________________________________________</w:t>
      </w:r>
      <w:r>
        <w:br/>
      </w:r>
    </w:p>
    <w:p w14:paraId="615B5ECF" w14:textId="77777777" w:rsidR="00BB7ED8" w:rsidRDefault="00000000">
      <w:pPr>
        <w:pStyle w:val="Ttulo1"/>
      </w:pPr>
      <w:r>
        <w:t>6. Placer y motivación</w:t>
      </w:r>
    </w:p>
    <w:p w14:paraId="09511779" w14:textId="77777777" w:rsidR="00BB7ED8" w:rsidRDefault="00000000">
      <w:r>
        <w:t>¿Qué le genera mayor alegría?</w:t>
      </w:r>
      <w:r>
        <w:br/>
        <w:t>____________________________________________________</w:t>
      </w:r>
      <w:r>
        <w:br/>
      </w:r>
      <w:r>
        <w:br/>
        <w:t>¿Qué sería lo más placentero de resolver su problema?</w:t>
      </w:r>
      <w:r>
        <w:br/>
        <w:t>____________________________________________________</w:t>
      </w:r>
      <w:r>
        <w:br/>
      </w:r>
      <w:r>
        <w:br/>
        <w:t>¿Qué viviría después de lograrlo?</w:t>
      </w:r>
      <w:r>
        <w:br/>
        <w:t>____________________________________________________</w:t>
      </w:r>
      <w:r>
        <w:br/>
      </w:r>
      <w:r>
        <w:br/>
        <w:t>¿Cómo cambiaría su vida?</w:t>
      </w:r>
      <w:r>
        <w:br/>
        <w:t>____________________________________________________</w:t>
      </w:r>
      <w:r>
        <w:br/>
      </w:r>
    </w:p>
    <w:p w14:paraId="70C9CDBD" w14:textId="77777777" w:rsidR="00666A27" w:rsidRDefault="00666A27"/>
    <w:p w14:paraId="1592B837" w14:textId="77777777" w:rsidR="00666A27" w:rsidRDefault="00666A27"/>
    <w:p w14:paraId="1902EE3D" w14:textId="77777777" w:rsidR="00666A27" w:rsidRDefault="00666A27"/>
    <w:p w14:paraId="06FE427F" w14:textId="77777777" w:rsidR="00BB7ED8" w:rsidRDefault="00000000">
      <w:pPr>
        <w:pStyle w:val="Ttulo1"/>
      </w:pPr>
      <w:r>
        <w:lastRenderedPageBreak/>
        <w:t>7. Conexión con tu servicio</w:t>
      </w:r>
    </w:p>
    <w:p w14:paraId="6349A4D4" w14:textId="77777777" w:rsidR="00BB7ED8" w:rsidRDefault="00000000">
      <w:r>
        <w:t>¿Cómo tus servicios resuelven sus problemas?</w:t>
      </w:r>
      <w:r>
        <w:br/>
        <w:t>____________________________________________________</w:t>
      </w:r>
      <w:r>
        <w:br/>
      </w:r>
      <w:r>
        <w:br/>
        <w:t>¿Qué transformación concreta le entregas?</w:t>
      </w:r>
      <w:r>
        <w:br/>
        <w:t>____________________________________________________</w:t>
      </w:r>
      <w:r>
        <w:br/>
      </w:r>
      <w:r>
        <w:br/>
        <w:t>¿Por qué debería elegirte a ti?</w:t>
      </w:r>
      <w:r>
        <w:br/>
        <w:t>____________________________________________________</w:t>
      </w:r>
      <w:r>
        <w:br/>
      </w:r>
    </w:p>
    <w:sectPr w:rsidR="00BB7E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0189059">
    <w:abstractNumId w:val="8"/>
  </w:num>
  <w:num w:numId="2" w16cid:durableId="408238547">
    <w:abstractNumId w:val="6"/>
  </w:num>
  <w:num w:numId="3" w16cid:durableId="812722106">
    <w:abstractNumId w:val="5"/>
  </w:num>
  <w:num w:numId="4" w16cid:durableId="446824833">
    <w:abstractNumId w:val="4"/>
  </w:num>
  <w:num w:numId="5" w16cid:durableId="989480196">
    <w:abstractNumId w:val="7"/>
  </w:num>
  <w:num w:numId="6" w16cid:durableId="108479395">
    <w:abstractNumId w:val="3"/>
  </w:num>
  <w:num w:numId="7" w16cid:durableId="626354141">
    <w:abstractNumId w:val="2"/>
  </w:num>
  <w:num w:numId="8" w16cid:durableId="1448281936">
    <w:abstractNumId w:val="1"/>
  </w:num>
  <w:num w:numId="9" w16cid:durableId="1025600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66A27"/>
    <w:rsid w:val="00A744C8"/>
    <w:rsid w:val="00AA1D8D"/>
    <w:rsid w:val="00B47730"/>
    <w:rsid w:val="00BB7ED8"/>
    <w:rsid w:val="00CB0664"/>
    <w:rsid w:val="00D0598C"/>
    <w:rsid w:val="00EE04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F74C38"/>
  <w14:defaultImageDpi w14:val="300"/>
  <w15:docId w15:val="{46DE6D19-B285-4021-956F-107C7969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Amapola Valdivia</cp:lastModifiedBy>
  <cp:revision>2</cp:revision>
  <dcterms:created xsi:type="dcterms:W3CDTF">2026-04-28T19:22:00Z</dcterms:created>
  <dcterms:modified xsi:type="dcterms:W3CDTF">2026-04-28T19:22:00Z</dcterms:modified>
  <cp:category/>
</cp:coreProperties>
</file>